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A42BB" w14:textId="77777777" w:rsidR="0024226B" w:rsidRDefault="00000000">
      <w:pPr>
        <w:spacing w:after="240"/>
        <w:jc w:val="center"/>
        <w:rPr>
          <w:lang w:eastAsia="zh-CN"/>
        </w:rPr>
      </w:pPr>
      <w:r>
        <w:rPr>
          <w:rFonts w:eastAsia="黑体"/>
          <w:b/>
          <w:sz w:val="32"/>
          <w:lang w:eastAsia="zh-CN"/>
        </w:rPr>
        <w:t xml:space="preserve">2026 </w:t>
      </w:r>
      <w:r>
        <w:rPr>
          <w:rFonts w:eastAsia="黑体"/>
          <w:b/>
          <w:sz w:val="32"/>
          <w:lang w:eastAsia="zh-CN"/>
        </w:rPr>
        <w:t>年青岛市院校职业技能大赛</w:t>
      </w:r>
      <w:r>
        <w:rPr>
          <w:rFonts w:eastAsia="黑体"/>
          <w:b/>
          <w:sz w:val="32"/>
          <w:lang w:eastAsia="zh-CN"/>
        </w:rPr>
        <w:t xml:space="preserve"> CAD </w:t>
      </w:r>
      <w:r>
        <w:rPr>
          <w:rFonts w:eastAsia="黑体"/>
          <w:b/>
          <w:sz w:val="32"/>
          <w:lang w:eastAsia="zh-CN"/>
        </w:rPr>
        <w:t>机械设计赛项报名表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  <w:gridCol w:w="1814"/>
      </w:tblGrid>
      <w:tr w:rsidR="0024226B" w14:paraId="6E9E733F" w14:textId="77777777" w:rsidTr="00493803">
        <w:trPr>
          <w:cantSplit/>
          <w:trHeight w:val="750"/>
          <w:jc w:val="center"/>
        </w:trPr>
        <w:tc>
          <w:tcPr>
            <w:tcW w:w="1814" w:type="dxa"/>
            <w:vAlign w:val="center"/>
          </w:tcPr>
          <w:p w14:paraId="190ED907" w14:textId="77777777" w:rsidR="0024226B" w:rsidRPr="00493803" w:rsidRDefault="00000000" w:rsidP="00493803">
            <w:pPr>
              <w:jc w:val="center"/>
              <w:rPr>
                <w:rFonts w:ascii="微软雅黑" w:eastAsia="微软雅黑" w:hAnsi="微软雅黑"/>
              </w:rPr>
            </w:pPr>
            <w:proofErr w:type="spellStart"/>
            <w:r w:rsidRPr="00493803">
              <w:rPr>
                <w:rFonts w:ascii="微软雅黑" w:eastAsia="微软雅黑" w:hAnsi="微软雅黑"/>
              </w:rPr>
              <w:t>姓名</w:t>
            </w:r>
            <w:proofErr w:type="spellEnd"/>
          </w:p>
        </w:tc>
        <w:tc>
          <w:tcPr>
            <w:tcW w:w="1814" w:type="dxa"/>
            <w:vAlign w:val="center"/>
          </w:tcPr>
          <w:p w14:paraId="69A893E4" w14:textId="77777777" w:rsidR="0024226B" w:rsidRPr="00493803" w:rsidRDefault="0024226B" w:rsidP="00493803">
            <w:pPr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814" w:type="dxa"/>
            <w:vAlign w:val="center"/>
          </w:tcPr>
          <w:p w14:paraId="033E946F" w14:textId="77777777" w:rsidR="0024226B" w:rsidRPr="00493803" w:rsidRDefault="00000000" w:rsidP="00493803">
            <w:pPr>
              <w:jc w:val="center"/>
              <w:rPr>
                <w:rFonts w:ascii="微软雅黑" w:eastAsia="微软雅黑" w:hAnsi="微软雅黑"/>
              </w:rPr>
            </w:pPr>
            <w:proofErr w:type="spellStart"/>
            <w:r w:rsidRPr="00493803">
              <w:rPr>
                <w:rFonts w:ascii="微软雅黑" w:eastAsia="微软雅黑" w:hAnsi="微软雅黑"/>
              </w:rPr>
              <w:t>性别</w:t>
            </w:r>
            <w:proofErr w:type="spellEnd"/>
          </w:p>
        </w:tc>
        <w:tc>
          <w:tcPr>
            <w:tcW w:w="1814" w:type="dxa"/>
            <w:vAlign w:val="center"/>
          </w:tcPr>
          <w:p w14:paraId="12D10A71" w14:textId="77777777" w:rsidR="0024226B" w:rsidRPr="00493803" w:rsidRDefault="0024226B" w:rsidP="00493803">
            <w:pPr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788A59A8" w14:textId="77777777" w:rsidR="0024226B" w:rsidRPr="00493803" w:rsidRDefault="00000000" w:rsidP="00493803">
            <w:pPr>
              <w:jc w:val="center"/>
              <w:rPr>
                <w:rFonts w:ascii="微软雅黑" w:eastAsia="微软雅黑" w:hAnsi="微软雅黑"/>
              </w:rPr>
            </w:pPr>
            <w:proofErr w:type="spellStart"/>
            <w:r w:rsidRPr="00493803">
              <w:rPr>
                <w:rFonts w:ascii="微软雅黑" w:eastAsia="微软雅黑" w:hAnsi="微软雅黑"/>
              </w:rPr>
              <w:t>照片</w:t>
            </w:r>
            <w:proofErr w:type="spellEnd"/>
          </w:p>
        </w:tc>
      </w:tr>
      <w:tr w:rsidR="0024226B" w14:paraId="631B7B7D" w14:textId="77777777" w:rsidTr="00493803">
        <w:trPr>
          <w:cantSplit/>
          <w:trHeight w:val="750"/>
          <w:jc w:val="center"/>
        </w:trPr>
        <w:tc>
          <w:tcPr>
            <w:tcW w:w="1814" w:type="dxa"/>
            <w:vAlign w:val="center"/>
          </w:tcPr>
          <w:p w14:paraId="4FB82368" w14:textId="77777777" w:rsidR="0024226B" w:rsidRPr="00493803" w:rsidRDefault="00000000" w:rsidP="00493803">
            <w:pPr>
              <w:jc w:val="center"/>
              <w:rPr>
                <w:rFonts w:ascii="微软雅黑" w:eastAsia="微软雅黑" w:hAnsi="微软雅黑"/>
              </w:rPr>
            </w:pPr>
            <w:proofErr w:type="spellStart"/>
            <w:r w:rsidRPr="00493803">
              <w:rPr>
                <w:rFonts w:ascii="微软雅黑" w:eastAsia="微软雅黑" w:hAnsi="微软雅黑"/>
              </w:rPr>
              <w:t>民族</w:t>
            </w:r>
            <w:proofErr w:type="spellEnd"/>
          </w:p>
        </w:tc>
        <w:tc>
          <w:tcPr>
            <w:tcW w:w="1814" w:type="dxa"/>
            <w:vAlign w:val="center"/>
          </w:tcPr>
          <w:p w14:paraId="66333FCB" w14:textId="77777777" w:rsidR="0024226B" w:rsidRPr="00493803" w:rsidRDefault="0024226B" w:rsidP="00493803">
            <w:pPr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814" w:type="dxa"/>
            <w:vAlign w:val="center"/>
          </w:tcPr>
          <w:p w14:paraId="572347FB" w14:textId="77777777" w:rsidR="0024226B" w:rsidRPr="00493803" w:rsidRDefault="00000000" w:rsidP="00493803">
            <w:pPr>
              <w:jc w:val="center"/>
              <w:rPr>
                <w:rFonts w:ascii="微软雅黑" w:eastAsia="微软雅黑" w:hAnsi="微软雅黑"/>
              </w:rPr>
            </w:pPr>
            <w:proofErr w:type="spellStart"/>
            <w:r w:rsidRPr="00493803">
              <w:rPr>
                <w:rFonts w:ascii="微软雅黑" w:eastAsia="微软雅黑" w:hAnsi="微软雅黑"/>
              </w:rPr>
              <w:t>政治面貌</w:t>
            </w:r>
            <w:proofErr w:type="spellEnd"/>
          </w:p>
        </w:tc>
        <w:tc>
          <w:tcPr>
            <w:tcW w:w="1814" w:type="dxa"/>
            <w:vAlign w:val="center"/>
          </w:tcPr>
          <w:p w14:paraId="7F8D3DF9" w14:textId="77777777" w:rsidR="0024226B" w:rsidRPr="00493803" w:rsidRDefault="0024226B" w:rsidP="00493803">
            <w:pPr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814" w:type="dxa"/>
            <w:vMerge/>
            <w:vAlign w:val="center"/>
          </w:tcPr>
          <w:p w14:paraId="688F78D5" w14:textId="77777777" w:rsidR="0024226B" w:rsidRPr="00493803" w:rsidRDefault="0024226B" w:rsidP="00493803">
            <w:pPr>
              <w:jc w:val="center"/>
              <w:rPr>
                <w:rFonts w:ascii="微软雅黑" w:eastAsia="微软雅黑" w:hAnsi="微软雅黑"/>
              </w:rPr>
            </w:pPr>
          </w:p>
        </w:tc>
      </w:tr>
      <w:tr w:rsidR="0024226B" w14:paraId="6013E11D" w14:textId="77777777" w:rsidTr="00493803">
        <w:trPr>
          <w:cantSplit/>
          <w:trHeight w:val="750"/>
          <w:jc w:val="center"/>
        </w:trPr>
        <w:tc>
          <w:tcPr>
            <w:tcW w:w="1814" w:type="dxa"/>
            <w:vAlign w:val="center"/>
          </w:tcPr>
          <w:p w14:paraId="305D4AC5" w14:textId="77777777" w:rsidR="0024226B" w:rsidRPr="00493803" w:rsidRDefault="00000000" w:rsidP="00493803">
            <w:pPr>
              <w:jc w:val="center"/>
              <w:rPr>
                <w:rFonts w:ascii="微软雅黑" w:eastAsia="微软雅黑" w:hAnsi="微软雅黑"/>
              </w:rPr>
            </w:pPr>
            <w:proofErr w:type="spellStart"/>
            <w:r w:rsidRPr="00493803">
              <w:rPr>
                <w:rFonts w:ascii="微软雅黑" w:eastAsia="微软雅黑" w:hAnsi="微软雅黑"/>
              </w:rPr>
              <w:t>出生日期</w:t>
            </w:r>
            <w:proofErr w:type="spellEnd"/>
          </w:p>
        </w:tc>
        <w:tc>
          <w:tcPr>
            <w:tcW w:w="1814" w:type="dxa"/>
            <w:vAlign w:val="center"/>
          </w:tcPr>
          <w:p w14:paraId="060A31AD" w14:textId="77777777" w:rsidR="0024226B" w:rsidRPr="00493803" w:rsidRDefault="0024226B" w:rsidP="00493803">
            <w:pPr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814" w:type="dxa"/>
            <w:vAlign w:val="center"/>
          </w:tcPr>
          <w:p w14:paraId="50205F9C" w14:textId="77777777" w:rsidR="0024226B" w:rsidRPr="00493803" w:rsidRDefault="00000000" w:rsidP="00493803">
            <w:pPr>
              <w:jc w:val="center"/>
              <w:rPr>
                <w:rFonts w:ascii="微软雅黑" w:eastAsia="微软雅黑" w:hAnsi="微软雅黑"/>
              </w:rPr>
            </w:pPr>
            <w:proofErr w:type="spellStart"/>
            <w:r w:rsidRPr="00493803">
              <w:rPr>
                <w:rFonts w:ascii="微软雅黑" w:eastAsia="微软雅黑" w:hAnsi="微软雅黑"/>
              </w:rPr>
              <w:t>联系方式</w:t>
            </w:r>
            <w:proofErr w:type="spellEnd"/>
          </w:p>
        </w:tc>
        <w:tc>
          <w:tcPr>
            <w:tcW w:w="1814" w:type="dxa"/>
            <w:vAlign w:val="center"/>
          </w:tcPr>
          <w:p w14:paraId="0500D27F" w14:textId="77777777" w:rsidR="0024226B" w:rsidRPr="00493803" w:rsidRDefault="0024226B" w:rsidP="00493803">
            <w:pPr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814" w:type="dxa"/>
            <w:vMerge/>
            <w:vAlign w:val="center"/>
          </w:tcPr>
          <w:p w14:paraId="0B97F80E" w14:textId="77777777" w:rsidR="0024226B" w:rsidRPr="00493803" w:rsidRDefault="0024226B" w:rsidP="00493803">
            <w:pPr>
              <w:jc w:val="center"/>
              <w:rPr>
                <w:rFonts w:ascii="微软雅黑" w:eastAsia="微软雅黑" w:hAnsi="微软雅黑"/>
              </w:rPr>
            </w:pPr>
          </w:p>
        </w:tc>
      </w:tr>
      <w:tr w:rsidR="0024226B" w14:paraId="3AA4053C" w14:textId="77777777" w:rsidTr="00493803">
        <w:trPr>
          <w:cantSplit/>
          <w:trHeight w:val="750"/>
          <w:jc w:val="center"/>
        </w:trPr>
        <w:tc>
          <w:tcPr>
            <w:tcW w:w="1814" w:type="dxa"/>
            <w:vAlign w:val="center"/>
          </w:tcPr>
          <w:p w14:paraId="75AFFFEE" w14:textId="77777777" w:rsidR="0024226B" w:rsidRPr="00493803" w:rsidRDefault="00000000" w:rsidP="00493803">
            <w:pPr>
              <w:jc w:val="center"/>
              <w:rPr>
                <w:rFonts w:ascii="微软雅黑" w:eastAsia="微软雅黑" w:hAnsi="微软雅黑"/>
              </w:rPr>
            </w:pPr>
            <w:proofErr w:type="spellStart"/>
            <w:r w:rsidRPr="00493803">
              <w:rPr>
                <w:rFonts w:ascii="微软雅黑" w:eastAsia="微软雅黑" w:hAnsi="微软雅黑"/>
              </w:rPr>
              <w:t>身份证号码</w:t>
            </w:r>
            <w:proofErr w:type="spellEnd"/>
          </w:p>
        </w:tc>
        <w:tc>
          <w:tcPr>
            <w:tcW w:w="5442" w:type="dxa"/>
            <w:gridSpan w:val="3"/>
            <w:vAlign w:val="center"/>
          </w:tcPr>
          <w:p w14:paraId="7BFA4AF6" w14:textId="77777777" w:rsidR="0024226B" w:rsidRPr="00493803" w:rsidRDefault="0024226B" w:rsidP="00493803">
            <w:pPr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814" w:type="dxa"/>
            <w:vMerge/>
            <w:vAlign w:val="center"/>
          </w:tcPr>
          <w:p w14:paraId="4C1AC929" w14:textId="77777777" w:rsidR="0024226B" w:rsidRPr="00493803" w:rsidRDefault="0024226B" w:rsidP="00493803">
            <w:pPr>
              <w:jc w:val="center"/>
              <w:rPr>
                <w:rFonts w:ascii="微软雅黑" w:eastAsia="微软雅黑" w:hAnsi="微软雅黑"/>
              </w:rPr>
            </w:pPr>
          </w:p>
        </w:tc>
      </w:tr>
      <w:tr w:rsidR="0024226B" w14:paraId="44367254" w14:textId="77777777" w:rsidTr="00493803">
        <w:trPr>
          <w:cantSplit/>
          <w:trHeight w:val="750"/>
          <w:jc w:val="center"/>
        </w:trPr>
        <w:tc>
          <w:tcPr>
            <w:tcW w:w="1814" w:type="dxa"/>
            <w:vAlign w:val="center"/>
          </w:tcPr>
          <w:p w14:paraId="41699262" w14:textId="77777777" w:rsidR="0024226B" w:rsidRPr="00493803" w:rsidRDefault="00000000" w:rsidP="00493803">
            <w:pPr>
              <w:jc w:val="center"/>
              <w:rPr>
                <w:rFonts w:ascii="微软雅黑" w:eastAsia="微软雅黑" w:hAnsi="微软雅黑"/>
              </w:rPr>
            </w:pPr>
            <w:proofErr w:type="spellStart"/>
            <w:r w:rsidRPr="00493803">
              <w:rPr>
                <w:rFonts w:ascii="微软雅黑" w:eastAsia="微软雅黑" w:hAnsi="微软雅黑"/>
              </w:rPr>
              <w:t>就读学校</w:t>
            </w:r>
            <w:proofErr w:type="spellEnd"/>
          </w:p>
        </w:tc>
        <w:tc>
          <w:tcPr>
            <w:tcW w:w="7256" w:type="dxa"/>
            <w:gridSpan w:val="4"/>
            <w:vAlign w:val="center"/>
          </w:tcPr>
          <w:p w14:paraId="0A218D4D" w14:textId="77777777" w:rsidR="0024226B" w:rsidRPr="00493803" w:rsidRDefault="0024226B" w:rsidP="00493803">
            <w:pPr>
              <w:jc w:val="center"/>
              <w:rPr>
                <w:rFonts w:ascii="微软雅黑" w:eastAsia="微软雅黑" w:hAnsi="微软雅黑"/>
              </w:rPr>
            </w:pPr>
          </w:p>
        </w:tc>
      </w:tr>
      <w:tr w:rsidR="0024226B" w14:paraId="072B28D9" w14:textId="77777777" w:rsidTr="00493803">
        <w:trPr>
          <w:cantSplit/>
          <w:trHeight w:val="750"/>
          <w:jc w:val="center"/>
        </w:trPr>
        <w:tc>
          <w:tcPr>
            <w:tcW w:w="1814" w:type="dxa"/>
            <w:vAlign w:val="center"/>
          </w:tcPr>
          <w:p w14:paraId="77CCD28F" w14:textId="77777777" w:rsidR="0024226B" w:rsidRPr="00493803" w:rsidRDefault="00000000" w:rsidP="00493803">
            <w:pPr>
              <w:jc w:val="center"/>
              <w:rPr>
                <w:rFonts w:ascii="微软雅黑" w:eastAsia="微软雅黑" w:hAnsi="微软雅黑"/>
              </w:rPr>
            </w:pPr>
            <w:proofErr w:type="spellStart"/>
            <w:r w:rsidRPr="00493803">
              <w:rPr>
                <w:rFonts w:ascii="微软雅黑" w:eastAsia="微软雅黑" w:hAnsi="微软雅黑"/>
              </w:rPr>
              <w:t>专业</w:t>
            </w:r>
            <w:proofErr w:type="spellEnd"/>
          </w:p>
        </w:tc>
        <w:tc>
          <w:tcPr>
            <w:tcW w:w="7256" w:type="dxa"/>
            <w:gridSpan w:val="4"/>
            <w:vAlign w:val="center"/>
          </w:tcPr>
          <w:p w14:paraId="07B6B42F" w14:textId="77777777" w:rsidR="0024226B" w:rsidRPr="00493803" w:rsidRDefault="0024226B" w:rsidP="00493803">
            <w:pPr>
              <w:jc w:val="center"/>
              <w:rPr>
                <w:rFonts w:ascii="微软雅黑" w:eastAsia="微软雅黑" w:hAnsi="微软雅黑"/>
              </w:rPr>
            </w:pPr>
          </w:p>
        </w:tc>
      </w:tr>
      <w:tr w:rsidR="0024226B" w14:paraId="58446163" w14:textId="77777777" w:rsidTr="00493803">
        <w:trPr>
          <w:cantSplit/>
          <w:trHeight w:val="750"/>
          <w:jc w:val="center"/>
        </w:trPr>
        <w:tc>
          <w:tcPr>
            <w:tcW w:w="1814" w:type="dxa"/>
            <w:vAlign w:val="center"/>
          </w:tcPr>
          <w:p w14:paraId="1DCAC209" w14:textId="77777777" w:rsidR="0024226B" w:rsidRPr="00493803" w:rsidRDefault="00000000" w:rsidP="00493803">
            <w:pPr>
              <w:jc w:val="center"/>
              <w:rPr>
                <w:rFonts w:ascii="微软雅黑" w:eastAsia="微软雅黑" w:hAnsi="微软雅黑"/>
              </w:rPr>
            </w:pPr>
            <w:proofErr w:type="spellStart"/>
            <w:r w:rsidRPr="00493803">
              <w:rPr>
                <w:rFonts w:ascii="微软雅黑" w:eastAsia="微软雅黑" w:hAnsi="微软雅黑"/>
              </w:rPr>
              <w:t>通讯地址</w:t>
            </w:r>
            <w:proofErr w:type="spellEnd"/>
          </w:p>
        </w:tc>
        <w:tc>
          <w:tcPr>
            <w:tcW w:w="7256" w:type="dxa"/>
            <w:gridSpan w:val="4"/>
            <w:vAlign w:val="center"/>
          </w:tcPr>
          <w:p w14:paraId="06828567" w14:textId="77777777" w:rsidR="0024226B" w:rsidRPr="00493803" w:rsidRDefault="0024226B" w:rsidP="00493803">
            <w:pPr>
              <w:jc w:val="center"/>
              <w:rPr>
                <w:rFonts w:ascii="微软雅黑" w:eastAsia="微软雅黑" w:hAnsi="微软雅黑"/>
              </w:rPr>
            </w:pPr>
          </w:p>
        </w:tc>
      </w:tr>
      <w:tr w:rsidR="0024226B" w14:paraId="69D2DE1E" w14:textId="77777777" w:rsidTr="00493803">
        <w:trPr>
          <w:cantSplit/>
          <w:trHeight w:val="750"/>
          <w:jc w:val="center"/>
        </w:trPr>
        <w:tc>
          <w:tcPr>
            <w:tcW w:w="1814" w:type="dxa"/>
            <w:vAlign w:val="center"/>
          </w:tcPr>
          <w:p w14:paraId="5258E9CE" w14:textId="77777777" w:rsidR="0024226B" w:rsidRPr="00493803" w:rsidRDefault="00000000" w:rsidP="00493803">
            <w:pPr>
              <w:jc w:val="center"/>
              <w:rPr>
                <w:rFonts w:ascii="微软雅黑" w:eastAsia="微软雅黑" w:hAnsi="微软雅黑"/>
              </w:rPr>
            </w:pPr>
            <w:proofErr w:type="spellStart"/>
            <w:r w:rsidRPr="00493803">
              <w:rPr>
                <w:rFonts w:ascii="微软雅黑" w:eastAsia="微软雅黑" w:hAnsi="微软雅黑"/>
              </w:rPr>
              <w:t>指导老师</w:t>
            </w:r>
            <w:proofErr w:type="spellEnd"/>
          </w:p>
        </w:tc>
        <w:tc>
          <w:tcPr>
            <w:tcW w:w="1814" w:type="dxa"/>
            <w:vAlign w:val="center"/>
          </w:tcPr>
          <w:p w14:paraId="380E71AE" w14:textId="77777777" w:rsidR="0024226B" w:rsidRPr="00493803" w:rsidRDefault="0024226B" w:rsidP="00493803">
            <w:pPr>
              <w:jc w:val="center"/>
              <w:rPr>
                <w:rFonts w:ascii="微软雅黑" w:eastAsia="微软雅黑" w:hAnsi="微软雅黑"/>
              </w:rPr>
            </w:pPr>
          </w:p>
        </w:tc>
        <w:tc>
          <w:tcPr>
            <w:tcW w:w="1814" w:type="dxa"/>
            <w:vAlign w:val="center"/>
          </w:tcPr>
          <w:p w14:paraId="1D2C04FE" w14:textId="77777777" w:rsidR="0024226B" w:rsidRPr="00493803" w:rsidRDefault="00000000" w:rsidP="00493803">
            <w:pPr>
              <w:jc w:val="center"/>
              <w:rPr>
                <w:rFonts w:ascii="微软雅黑" w:eastAsia="微软雅黑" w:hAnsi="微软雅黑"/>
              </w:rPr>
            </w:pPr>
            <w:proofErr w:type="spellStart"/>
            <w:r w:rsidRPr="00493803">
              <w:rPr>
                <w:rFonts w:ascii="微软雅黑" w:eastAsia="微软雅黑" w:hAnsi="微软雅黑"/>
              </w:rPr>
              <w:t>老师电话</w:t>
            </w:r>
            <w:proofErr w:type="spellEnd"/>
          </w:p>
        </w:tc>
        <w:tc>
          <w:tcPr>
            <w:tcW w:w="3628" w:type="dxa"/>
            <w:gridSpan w:val="2"/>
            <w:vAlign w:val="center"/>
          </w:tcPr>
          <w:p w14:paraId="3CC84383" w14:textId="77777777" w:rsidR="0024226B" w:rsidRPr="00493803" w:rsidRDefault="0024226B" w:rsidP="00493803">
            <w:pPr>
              <w:jc w:val="center"/>
              <w:rPr>
                <w:rFonts w:ascii="微软雅黑" w:eastAsia="微软雅黑" w:hAnsi="微软雅黑"/>
              </w:rPr>
            </w:pPr>
          </w:p>
        </w:tc>
      </w:tr>
      <w:tr w:rsidR="0024226B" w14:paraId="36DC2762" w14:textId="77777777" w:rsidTr="00493803">
        <w:trPr>
          <w:cantSplit/>
          <w:trHeight w:val="750"/>
          <w:jc w:val="center"/>
        </w:trPr>
        <w:tc>
          <w:tcPr>
            <w:tcW w:w="1814" w:type="dxa"/>
            <w:vAlign w:val="center"/>
          </w:tcPr>
          <w:p w14:paraId="59A00375" w14:textId="77777777" w:rsidR="0024226B" w:rsidRPr="00493803" w:rsidRDefault="00000000" w:rsidP="00493803">
            <w:pPr>
              <w:jc w:val="center"/>
              <w:rPr>
                <w:rFonts w:ascii="微软雅黑" w:eastAsia="微软雅黑" w:hAnsi="微软雅黑"/>
              </w:rPr>
            </w:pPr>
            <w:proofErr w:type="spellStart"/>
            <w:r w:rsidRPr="00493803">
              <w:rPr>
                <w:rFonts w:ascii="微软雅黑" w:eastAsia="微软雅黑" w:hAnsi="微软雅黑"/>
              </w:rPr>
              <w:t>身份证号码</w:t>
            </w:r>
            <w:proofErr w:type="spellEnd"/>
          </w:p>
        </w:tc>
        <w:tc>
          <w:tcPr>
            <w:tcW w:w="7256" w:type="dxa"/>
            <w:gridSpan w:val="4"/>
            <w:vAlign w:val="center"/>
          </w:tcPr>
          <w:p w14:paraId="6AB1822F" w14:textId="77777777" w:rsidR="0024226B" w:rsidRPr="00493803" w:rsidRDefault="0024226B" w:rsidP="00493803">
            <w:pPr>
              <w:jc w:val="center"/>
              <w:rPr>
                <w:rFonts w:ascii="微软雅黑" w:eastAsia="微软雅黑" w:hAnsi="微软雅黑"/>
              </w:rPr>
            </w:pPr>
          </w:p>
        </w:tc>
      </w:tr>
      <w:tr w:rsidR="0024226B" w14:paraId="587440E9" w14:textId="77777777" w:rsidTr="00493803">
        <w:trPr>
          <w:cantSplit/>
          <w:trHeight w:val="4000"/>
          <w:jc w:val="center"/>
        </w:trPr>
        <w:tc>
          <w:tcPr>
            <w:tcW w:w="1814" w:type="dxa"/>
            <w:vAlign w:val="center"/>
          </w:tcPr>
          <w:p w14:paraId="36DF9A11" w14:textId="77777777" w:rsidR="0024226B" w:rsidRPr="00493803" w:rsidRDefault="00000000" w:rsidP="00493803">
            <w:pPr>
              <w:jc w:val="center"/>
              <w:rPr>
                <w:rFonts w:ascii="微软雅黑" w:eastAsia="微软雅黑" w:hAnsi="微软雅黑"/>
              </w:rPr>
            </w:pPr>
            <w:proofErr w:type="spellStart"/>
            <w:r w:rsidRPr="00493803">
              <w:rPr>
                <w:rFonts w:ascii="微软雅黑" w:eastAsia="微软雅黑" w:hAnsi="微软雅黑"/>
              </w:rPr>
              <w:t>就读证明</w:t>
            </w:r>
            <w:proofErr w:type="spellEnd"/>
          </w:p>
        </w:tc>
        <w:tc>
          <w:tcPr>
            <w:tcW w:w="7256" w:type="dxa"/>
            <w:gridSpan w:val="4"/>
            <w:vAlign w:val="center"/>
          </w:tcPr>
          <w:p w14:paraId="29B8C26F" w14:textId="6759B9D5" w:rsidR="0024226B" w:rsidRDefault="00493803" w:rsidP="00493803">
            <w:pPr>
              <w:rPr>
                <w:rFonts w:ascii="微软雅黑" w:eastAsia="微软雅黑" w:hAnsi="微软雅黑"/>
                <w:lang w:eastAsia="zh-CN"/>
              </w:rPr>
            </w:pPr>
            <w:r w:rsidRPr="00493803">
              <w:rPr>
                <w:rFonts w:ascii="微软雅黑" w:eastAsia="微软雅黑" w:hAnsi="微软雅黑" w:hint="eastAsia"/>
                <w:lang w:eastAsia="zh-CN"/>
              </w:rPr>
              <w:t>自</w:t>
            </w:r>
            <w:proofErr w:type="gramStart"/>
            <w:r w:rsidRPr="00493803">
              <w:rPr>
                <w:rFonts w:ascii="微软雅黑" w:eastAsia="微软雅黑" w:hAnsi="微软雅黑" w:hint="eastAsia"/>
                <w:u w:val="single"/>
                <w:lang w:eastAsia="zh-CN"/>
              </w:rPr>
              <w:t xml:space="preserve">　　　　</w:t>
            </w:r>
            <w:proofErr w:type="gramEnd"/>
            <w:r w:rsidRPr="00493803">
              <w:rPr>
                <w:rFonts w:ascii="微软雅黑" w:eastAsia="微软雅黑" w:hAnsi="微软雅黑" w:hint="eastAsia"/>
                <w:lang w:eastAsia="zh-CN"/>
              </w:rPr>
              <w:t>年</w:t>
            </w:r>
            <w:r w:rsidRPr="00493803">
              <w:rPr>
                <w:rFonts w:ascii="微软雅黑" w:eastAsia="微软雅黑" w:hAnsi="微软雅黑" w:hint="eastAsia"/>
                <w:u w:val="single"/>
                <w:lang w:eastAsia="zh-CN"/>
              </w:rPr>
              <w:t xml:space="preserve">             </w:t>
            </w:r>
            <w:r w:rsidRPr="00493803">
              <w:rPr>
                <w:rFonts w:ascii="微软雅黑" w:eastAsia="微软雅黑" w:hAnsi="微软雅黑" w:hint="eastAsia"/>
                <w:lang w:eastAsia="zh-CN"/>
              </w:rPr>
              <w:t>月入读我校</w:t>
            </w:r>
            <w:r w:rsidRPr="00493803">
              <w:rPr>
                <w:rFonts w:ascii="微软雅黑" w:eastAsia="微软雅黑" w:hAnsi="微软雅黑" w:hint="eastAsia"/>
                <w:u w:val="single"/>
                <w:lang w:eastAsia="zh-CN"/>
              </w:rPr>
              <w:t xml:space="preserve">                       </w:t>
            </w:r>
            <w:r w:rsidRPr="00493803">
              <w:rPr>
                <w:rFonts w:ascii="微软雅黑" w:eastAsia="微软雅黑" w:hAnsi="微软雅黑" w:hint="eastAsia"/>
                <w:u w:val="single"/>
                <w:lang w:eastAsia="zh-CN"/>
              </w:rPr>
              <w:t xml:space="preserve">       </w:t>
            </w:r>
            <w:r w:rsidRPr="00493803">
              <w:rPr>
                <w:rFonts w:ascii="微软雅黑" w:eastAsia="微软雅黑" w:hAnsi="微软雅黑" w:hint="eastAsia"/>
                <w:u w:val="single"/>
                <w:lang w:eastAsia="zh-CN"/>
              </w:rPr>
              <w:t xml:space="preserve">   </w:t>
            </w:r>
            <w:r w:rsidRPr="00493803">
              <w:rPr>
                <w:rFonts w:ascii="微软雅黑" w:eastAsia="微软雅黑" w:hAnsi="微软雅黑" w:hint="eastAsia"/>
                <w:lang w:eastAsia="zh-CN"/>
              </w:rPr>
              <w:t>专业，系我校在读学生，特此证明。</w:t>
            </w:r>
          </w:p>
          <w:p w14:paraId="0A08633C" w14:textId="77777777" w:rsidR="00493803" w:rsidRPr="00493803" w:rsidRDefault="00493803" w:rsidP="00493803">
            <w:pPr>
              <w:rPr>
                <w:rFonts w:ascii="微软雅黑" w:eastAsia="微软雅黑" w:hAnsi="微软雅黑" w:hint="eastAsia"/>
                <w:lang w:eastAsia="zh-CN"/>
              </w:rPr>
            </w:pPr>
          </w:p>
          <w:p w14:paraId="3007F411" w14:textId="3EFE322A" w:rsidR="0024226B" w:rsidRPr="00493803" w:rsidRDefault="00000000" w:rsidP="00493803">
            <w:pPr>
              <w:ind w:firstLineChars="1850" w:firstLine="4440"/>
              <w:rPr>
                <w:rFonts w:ascii="微软雅黑" w:eastAsia="微软雅黑" w:hAnsi="微软雅黑" w:hint="eastAsia"/>
                <w:lang w:eastAsia="zh-CN"/>
              </w:rPr>
            </w:pPr>
            <w:proofErr w:type="spellStart"/>
            <w:r w:rsidRPr="00493803">
              <w:rPr>
                <w:rFonts w:ascii="微软雅黑" w:eastAsia="微软雅黑" w:hAnsi="微软雅黑"/>
              </w:rPr>
              <w:t>公章</w:t>
            </w:r>
            <w:proofErr w:type="spellEnd"/>
            <w:r w:rsidRPr="00493803">
              <w:rPr>
                <w:rFonts w:ascii="微软雅黑" w:eastAsia="微软雅黑" w:hAnsi="微软雅黑"/>
              </w:rPr>
              <w:t>：</w:t>
            </w:r>
            <w:r w:rsidR="00AA0CD4" w:rsidRPr="00493803">
              <w:rPr>
                <w:rFonts w:ascii="微软雅黑" w:eastAsia="微软雅黑" w:hAnsi="微软雅黑" w:hint="eastAsia"/>
              </w:rPr>
              <w:t xml:space="preserve">                      </w:t>
            </w:r>
          </w:p>
          <w:p w14:paraId="3C2AFE8D" w14:textId="6B9494EC" w:rsidR="0024226B" w:rsidRPr="00493803" w:rsidRDefault="00000000" w:rsidP="00493803">
            <w:pPr>
              <w:rPr>
                <w:rFonts w:ascii="微软雅黑" w:eastAsia="微软雅黑" w:hAnsi="微软雅黑"/>
              </w:rPr>
            </w:pPr>
            <w:r w:rsidRPr="00493803">
              <w:rPr>
                <w:rFonts w:ascii="微软雅黑" w:eastAsia="微软雅黑" w:hAnsi="微软雅黑"/>
              </w:rPr>
              <w:t xml:space="preserve">　　　　　　　　　</w:t>
            </w:r>
            <w:r w:rsidR="00493803">
              <w:rPr>
                <w:rFonts w:ascii="微软雅黑" w:eastAsia="微软雅黑" w:hAnsi="微软雅黑" w:hint="eastAsia"/>
                <w:lang w:eastAsia="zh-CN"/>
              </w:rPr>
              <w:t xml:space="preserve">                             </w:t>
            </w:r>
            <w:r w:rsidRPr="00493803">
              <w:rPr>
                <w:rFonts w:ascii="微软雅黑" w:eastAsia="微软雅黑" w:hAnsi="微软雅黑"/>
              </w:rPr>
              <w:t xml:space="preserve">　</w:t>
            </w:r>
            <w:proofErr w:type="gramStart"/>
            <w:r w:rsidRPr="00493803">
              <w:rPr>
                <w:rFonts w:ascii="微软雅黑" w:eastAsia="微软雅黑" w:hAnsi="微软雅黑"/>
              </w:rPr>
              <w:t>年　　月</w:t>
            </w:r>
            <w:proofErr w:type="gramEnd"/>
            <w:r w:rsidRPr="00493803">
              <w:rPr>
                <w:rFonts w:ascii="微软雅黑" w:eastAsia="微软雅黑" w:hAnsi="微软雅黑"/>
              </w:rPr>
              <w:t xml:space="preserve">　　日</w:t>
            </w:r>
            <w:r w:rsidR="00AA0CD4" w:rsidRPr="00493803">
              <w:rPr>
                <w:rFonts w:ascii="微软雅黑" w:eastAsia="微软雅黑" w:hAnsi="微软雅黑" w:hint="eastAsia"/>
              </w:rPr>
              <w:t xml:space="preserve">              </w:t>
            </w:r>
          </w:p>
        </w:tc>
      </w:tr>
    </w:tbl>
    <w:p w14:paraId="7EEB14BD" w14:textId="77777777" w:rsidR="003A1B3B" w:rsidRDefault="003A1B3B"/>
    <w:sectPr w:rsidR="003A1B3B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E0240" w14:textId="77777777" w:rsidR="008D1059" w:rsidRDefault="008D1059" w:rsidP="00B14CC9">
      <w:pPr>
        <w:spacing w:after="0" w:line="240" w:lineRule="auto"/>
      </w:pPr>
      <w:r>
        <w:separator/>
      </w:r>
    </w:p>
  </w:endnote>
  <w:endnote w:type="continuationSeparator" w:id="0">
    <w:p w14:paraId="1178E0D9" w14:textId="77777777" w:rsidR="008D1059" w:rsidRDefault="008D1059" w:rsidP="00B14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D9506" w14:textId="77777777" w:rsidR="008D1059" w:rsidRDefault="008D1059" w:rsidP="00B14CC9">
      <w:pPr>
        <w:spacing w:after="0" w:line="240" w:lineRule="auto"/>
      </w:pPr>
      <w:r>
        <w:separator/>
      </w:r>
    </w:p>
  </w:footnote>
  <w:footnote w:type="continuationSeparator" w:id="0">
    <w:p w14:paraId="64E17E31" w14:textId="77777777" w:rsidR="008D1059" w:rsidRDefault="008D1059" w:rsidP="00B14C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5730425">
    <w:abstractNumId w:val="8"/>
  </w:num>
  <w:num w:numId="2" w16cid:durableId="1541631347">
    <w:abstractNumId w:val="6"/>
  </w:num>
  <w:num w:numId="3" w16cid:durableId="141775001">
    <w:abstractNumId w:val="5"/>
  </w:num>
  <w:num w:numId="4" w16cid:durableId="1250428546">
    <w:abstractNumId w:val="4"/>
  </w:num>
  <w:num w:numId="5" w16cid:durableId="1416125880">
    <w:abstractNumId w:val="7"/>
  </w:num>
  <w:num w:numId="6" w16cid:durableId="180555977">
    <w:abstractNumId w:val="3"/>
  </w:num>
  <w:num w:numId="7" w16cid:durableId="1046953316">
    <w:abstractNumId w:val="2"/>
  </w:num>
  <w:num w:numId="8" w16cid:durableId="1737628676">
    <w:abstractNumId w:val="1"/>
  </w:num>
  <w:num w:numId="9" w16cid:durableId="2117865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226B"/>
    <w:rsid w:val="0029639D"/>
    <w:rsid w:val="00326F90"/>
    <w:rsid w:val="003A1B3B"/>
    <w:rsid w:val="00493803"/>
    <w:rsid w:val="0081585E"/>
    <w:rsid w:val="008D1059"/>
    <w:rsid w:val="00AA0CD4"/>
    <w:rsid w:val="00AA1D8D"/>
    <w:rsid w:val="00B14CC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49A6CC"/>
  <w14:defaultImageDpi w14:val="300"/>
  <w15:docId w15:val="{49AE2792-CAB1-4C9C-BB47-9789C4A9A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宋体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147</Characters>
  <Application>Microsoft Office Word</Application>
  <DocSecurity>0</DocSecurity>
  <Lines>73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娉 娉</cp:lastModifiedBy>
  <cp:revision>4</cp:revision>
  <dcterms:created xsi:type="dcterms:W3CDTF">2026-10-08T09:43:00Z</dcterms:created>
  <dcterms:modified xsi:type="dcterms:W3CDTF">2026-10-08T09:57:00Z</dcterms:modified>
  <cp:category/>
</cp:coreProperties>
</file>